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aurore des mechta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hmed bencheri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NAG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2700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