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 l'algérie se libéra 1954- 1962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9789947984123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