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المقاومة الى الحرب من اجل الاستقلال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الشريف ولد الحسين/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9789961642160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