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ruptures et l'oubli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Mostefa lacheraf/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965194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