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Main basse sur alger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Pierre péan/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Chihab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