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 V de la révolution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9789947212677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