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ثوار.....عظماء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9789961667286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