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في الخطاب الروائي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بهيجة مصري إدلبي/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التراجم/ الكتابة/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