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اللسانيات/ البلاغة/ النحو/ النظم/ نظرية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