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أدب القيروان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 طه علي خليفة الحجازي/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196ص.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80046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أدب القيروان/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