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الوافي في تيسير البلاغة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حمدي الشيخ/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البيان/ البديع/ المعاني/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