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والتداولية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صابر محمود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الخطابة/ أسلوب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