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سطوة المكان وشعرية القص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الأخضر بن السايح/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9789957703936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