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التواصل والتفاهم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الحموز/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9789957381974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الاتصال/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