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مرايا التخييل الشعري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صابر عبيد/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مجدلاوي/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9789957024215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الشعر العربي/ العصر الحديث/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