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الكتابة والتعبير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الخليل/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