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الدراسة الأدبية واللغوية وعلم الدلالة والمعاجم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