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نحو اللغة العربية الوظيفي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الفتاح الحموز/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9789957382438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