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التداولي والحجاجي في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قدور عمران/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القرآن/ الحجاج/ الخطاب القرآني/ التداولية/ الخطاب الإستشرافي/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