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ات الخطاب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ور الدين اجع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حجاج/ التداوليات/ الخطاب السياسي/ المناظ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