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الحجاج في الخطابة النبوية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ذ عبد الجليل العشراوي/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9789957705176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الحجاج/ الخطابة/ الخطابة النبوية/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