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 السردي والشعر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الرحيم مراشدة/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9789957705480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الخطاب/ السرد القصصي/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