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الواضح في النحو العربي والصرف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السيد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