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بدوح/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المحاورة/ التواصل اللساني/ المقاربة الاستدلالية/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