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 dynamics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9780521529716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