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Motivational strategies in the language classroom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zoltan dornyei/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9.éd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9780521793773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