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way of the world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congreve/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9780582023208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