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عشراتي سليمان/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الغرب/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9789961546245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