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اللمامشة في الثورة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محمد زروال/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هومه/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563ص.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9789961667125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