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الاوراس ابان فترة الإستعمار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9789961013830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