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مراسلات الأمير عبد القادر مع الجنرال دي ميشيل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زوزو/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9789961666906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