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امين التراث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جمعة حسين يوسف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