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اتصال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اد عبد المجي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اتصال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