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 في السرد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9789957332587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السرد العربي القديم/ العجائبي/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