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نحو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عماد مجيد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التضمين/ الحذف و الإضمار/ دراسة نقدية تحليلية/ التنيان في إعراب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