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قراءات في تمرد الشعراء العباسيين على السلطة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ياسين عايش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9789957067113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الشعراء العرب/ الشعر العباسي/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