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القواعد الأولى في نحو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داود غطاشة الشوابكة/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9789957078607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قواعد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