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العروض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ياسين عايش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9789957067823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بحور الشعر العربي/ القوافي/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