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قواعد الإملاء والترقيم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سامي يوسف أبو زيد/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9789957069070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الكتابة/ الإملاء/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