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الإسلامي والأموي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