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روايات سحر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علي فالح الصمادي/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9789957790202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المرأة/ روايات سحر خليفة/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