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خيرة حمزة العين/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