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تصريف الأسماء/ تصريف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