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حفريات ثقافية في الأسطورة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حفناوي رشيد بعلي/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9789957790301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الأسطورة/ ملاحم أوغاريت البعلية/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