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مات الترقيم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07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كتابة/ علامات الترق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