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منتصر عبد القادر الغضنفري/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