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تأويل متاهة الحكي في تمظهرات الشكل السردي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د محمد صابر عبيد/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9789957704520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العربي/ النقد الأدبي/ التحليل الأدبي/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