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القراءة وفن التأويل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صابر محمود الحباشة/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9789957703653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إعجاز القرآن/ القراءة/ المحاورة/ الخطاب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