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البنيوي للرواية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لعيوس غازي الجابري/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9789957246488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