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الكتابة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عصام الدين أبوزلال/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الكتابة/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